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כמיהה, קהילה וברית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מושג הכמיהה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שייכות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חוגג את הכמיהה לירושלים בקרב קהילת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הקריאה חלק מרכזי בטקס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כיום חוגגים אותו גם בירושלים כחג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כמיהה פירושה געגוע חזק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הקשר הנלמד בין הטקס המקראי לחג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עריכת הטקס)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(געגוע חזק לדבר 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(הסכם וקשר מיוחד)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ברכה הכוללת איחול לקהילה, שימוש במילים כמו קהילה/יחד, וטון חגיגי ומכבד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העלייה להר מסמלת הסתכלות אל עבר ירושלים ותקווה לחזור אליה, בדומה למסורות עתיקות של כמיהה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הקייסים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מילים מתרבויות שונות שמבטאות כבוד או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מטקס הסיגד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בכיתה ולא רק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כמיהה, קהילה וברית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מיוחד במסורת יהודי אתיופיה, ובו עולים להר, מתפללים ומבטאים געגוע עמוק לירושלים. בדף זה נתרגל את המילים והמנהגים הקשורים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 בשפת הגעז?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כיפור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מוביל את תפילות הסיגד בהר?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המשתתפים לפני החגיגה הגדולה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רוקדים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מסמלת העלייה להר בטקס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ריקוד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חג שמקורו במסורת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הסיגד קוראים קטעים מהתורה (אורית)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היום רק בכפרים קטנים ולא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"כמיהה" פירושה שמחה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ח בספר נחמיה מתאר התכנסות קהילתית לחידוש 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"סיגד" פירושו __________ בשפת הגעז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מנהיגי הדת בקהילה האתיופית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הסיגד מבטא כמיהה עזה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החגיגה הגדולה המשתתפים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 נחמיה פרק ח הקהילה מתכנסת כדי לחדש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הסכם וקשר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געגוע חזק לדבר 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עריכת הטקס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ברכה קצרה לחג הסיגד שתבטא משאלה לקהילה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טקס הסיגד מתקשר לכמיהה לירושלים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"סיגד"?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תפילות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את הרגש העמוק של הציפייה לירושלים?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כמיהה, קהילה וברית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