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כמיהה, קהילה וברית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מושג הכמיהה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לחוות שייכות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הקייסים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כמיהה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חוגג את הכמיהה לירושלים בקרב קהילת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הקריאה חלק מרכזי בטקס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כיום חוגגים אותו גם בירושלים כחג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כמיהה פירושה געגוע חזק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הקשר הנלמד בין הטקס המקראי לחג הסיגד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(השתחוות בגעז)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עריכת הטקס)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(געגוע חזק לדבר יקר)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(הסכם וקשר מיוחד)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ברכה הכוללת איחול לקהילה, שימוש במילים כמו קהילה/יחד, וטון חגיגי ומכבד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העלייה להר מסמלת הסתכלות אל עבר ירושלים ותקווה לחזור אליה, בדומה למסורות עתיקות של כמיהה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הקייסים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כמיהה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מילים מתרבויות שונות שמבטאות כבוד או השתחוות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מטקס הסיגד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בכיתה ולא רק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כמיהה, קהילה וברית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יהודי אתיופיה. עולים להר, מתפללים, ומתגעגעים לירושלים. נלמד מילים חדשות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השתחוות, בשפת הגעז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כמיהה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 חזק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יחד ושומרים על זהות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בקהילה האתיופית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וקשר מיוחד בין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לספרי התורה בשפת הגעז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הימנעות מאכילה ושתייה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גבוה שבו נערך הטקס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אחרי כמה ימים מיום כיפור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מנהיג את התפילות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הקייסים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לפני שאוכלים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סעודה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רוקדים כל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 בהר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עולים להר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כמיהה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מסורת ריקוד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הוא חג שמקורו במסורת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הסיגד קוראים קטעים מהתורה (אורית)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נחגג היום רק בכפרים קטנים ולא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"כמיהה" פירושה שמחה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ח בספר נחמיה מתאר התכנסות קהילתית לחידוש 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"סיגד" פירושו __________ בשפת הגעז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מנהיגי הדת בקהילה האתיופית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חג הסיגד מבטא כמיהה עזה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החגיגה הגדולה המשתתפים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בספר נחמיה פרק ח הקהילה מתכנסת כדי לחדש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עריכת הטקס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קייס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הסכם וקשר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געגוע חזק לדבר יקר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כמיהה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השתחוות בגעז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ברכה קצרה לחג הסיגד שתבטא משאלה לקהילה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טקס הסיגד מתקשר לכמיהה לירושלים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"סיגד"?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מוביל את תפילות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מתארת את הרגש העמוק של הציפייה לירושלים?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כמיהה, קהילה וברית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