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כמיהה, קהילה וברית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מושג הכמיהה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לחוות שייכות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הקייסים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חוגג את הכמיהה לירושלים בקרב קהילת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הקריאה חלק מרכזי בטקס ההר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קייסים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(השתחוות בגעז)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עריכת הטקס)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(געגוע חזק לדבר יקר)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ברכה הכוללת איחול לקהילה, שימוש במילים כמו קהילה/יחד, וטון חגיגי ומכבד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הקייסים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כמיהה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מילים מתרבויות שונות שמבטאות כבוד או השתחוות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מטקס הסיגד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בכיתה ולא רק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כמיהה, קהילה וברית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מיוחד במסורת יהודי אתיופיה, ובו עולים להר, מתפללים ומבטאים געגוע עמוק לירושלים. בדף זה נתרגל את המילים והמנהגים הקשורים לחג.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קייסים  ·  השתחוות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"סיגד" בשפת הגעז?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מוביל את תפילות הסיגד בהר?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הקייסים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סיגד הוא חג שמקורו במסורת יהודי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בטקס הסיגד קוראים קטעים מהתורה (אורית)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"סיגד" פירושו __________ בשפת הגעז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מנהיגי הדת בקהילה האתיופית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עריכת הטקס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קייס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השתחוות בגעז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געגוע חזק לדבר יקר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כמיהה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מנהיג דתי בקהילה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ברכה קצרה לחג הסיגד שתבטא משאלה לקהילה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המילה "סיגד"?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מוביל את תפילות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כמיהה, קהילה וברית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